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BELMONT POLICE DEPARTMENT</w:t>
      </w:r>
    </w:p>
    <w:p>
      <w:pPr>
        <w:jc w:val="center"/>
      </w:pPr>
      <w:r>
        <w:rPr>
          <w:b/>
          <w:sz w:val="56"/>
        </w:rPr>
        <w:t>PATROL OFFICER</w:t>
      </w:r>
    </w:p>
    <w:p>
      <w:pPr>
        <w:jc w:val="center"/>
      </w:pPr>
      <w:r>
        <w:rPr>
          <w:b/>
          <w:sz w:val="24"/>
        </w:rPr>
        <w:t>BUILD YOUR CAREER. SERVE YOUR COMMUNITY. MAKE AN IMPACT.</w:t>
      </w:r>
    </w:p>
    <w:p>
      <w:pPr>
        <w:jc w:val="center"/>
      </w:pPr>
      <w:r>
        <w:rPr>
          <w:i/>
          <w:sz w:val="22"/>
        </w:rPr>
        <w:t>Certified &amp; Non-Certified Applicants Welcome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64"/>
        <w:gridCol w:w="4464"/>
      </w:tblGrid>
      <w:tr>
        <w:tc>
          <w:tcPr>
            <w:tcW w:type="dxa" w:w="5112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44"/>
              </w:rPr>
              <w:t>$31.05/hr</w:t>
            </w:r>
          </w:p>
        </w:tc>
        <w:tc>
          <w:tcPr>
            <w:tcW w:type="dxa" w:w="5112"/>
            <w:shd w:fill="D9EAF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sz w:val="36"/>
              </w:rPr>
              <w:t>UP TO $42.27/hr</w:t>
            </w:r>
          </w:p>
        </w:tc>
      </w:tr>
    </w:tbl>
    <w:p>
      <w:pPr>
        <w:jc w:val="center"/>
      </w:pPr>
      <w:r>
        <w:rPr>
          <w:b/>
          <w:sz w:val="21"/>
        </w:rPr>
        <w:t>Starting wage of $31.05/hour after successful completion of the police academy, with an 10-step union-negotiated scale up to $42.27/hour.</w:t>
      </w:r>
    </w:p>
    <w:p>
      <w:pPr>
        <w:spacing w:before="140" w:after="60"/>
      </w:pPr>
      <w:r>
        <w:rPr>
          <w:b/>
          <w:sz w:val="32"/>
        </w:rPr>
        <w:t>THIS IS MORE THAN A JOB.</w:t>
      </w:r>
    </w:p>
    <w:p>
      <w:pPr>
        <w:spacing w:after="100"/>
      </w:pPr>
      <w:r>
        <w:t>Belmont Police Department is a growing, progressive, community-centered agency looking for people who want to do meaningful work, solve problems, and build a career—not just punch a clock. Our patrol and detective divisions are the heart of our culture, and we work hard to attract, develop, and retain great people.</w:t>
      </w:r>
    </w:p>
    <w:p>
      <w:pPr>
        <w:spacing w:before="140" w:after="60"/>
      </w:pPr>
      <w:r>
        <w:rPr>
          <w:b/>
          <w:sz w:val="32"/>
        </w:rPr>
        <w:t>WHY BELMONT?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464"/>
            <w:shd w:fill="F3F6F8"/>
          </w:tcPr>
          <w:p>
            <w:r/>
          </w:p>
          <w:p>
            <w:pPr>
              <w:spacing w:after="80"/>
            </w:pPr>
            <w:r>
              <w:rPr>
                <w:sz w:val="21"/>
              </w:rPr>
              <w:t>🚓 4/3 schedule with rotation every 2 months</w:t>
            </w:r>
          </w:p>
          <w:p>
            <w:pPr>
              <w:spacing w:after="80"/>
            </w:pPr>
            <w:r>
              <w:rPr>
                <w:sz w:val="21"/>
              </w:rPr>
              <w:t>🎓 Academy training &amp; professional development</w:t>
            </w:r>
          </w:p>
          <w:p>
            <w:pPr>
              <w:spacing w:after="80"/>
            </w:pPr>
            <w:r>
              <w:rPr>
                <w:sz w:val="21"/>
              </w:rPr>
              <w:t>🛡️ Full uniform and equipment provided</w:t>
            </w:r>
          </w:p>
          <w:p>
            <w:pPr>
              <w:spacing w:after="80"/>
            </w:pPr>
            <w:r>
              <w:rPr>
                <w:sz w:val="21"/>
              </w:rPr>
              <w:t>💪 11 paid holidays</w:t>
            </w:r>
          </w:p>
        </w:tc>
        <w:tc>
          <w:tcPr>
            <w:tcW w:type="dxa" w:w="4464"/>
            <w:shd w:fill="F3F6F8"/>
          </w:tcPr>
          <w:p>
            <w:r/>
          </w:p>
          <w:p>
            <w:pPr>
              <w:spacing w:after="80"/>
            </w:pPr>
            <w:r>
              <w:rPr>
                <w:sz w:val="21"/>
              </w:rPr>
              <w:t>🏠 Strong work/life balance</w:t>
            </w:r>
          </w:p>
          <w:p>
            <w:pPr>
              <w:spacing w:after="80"/>
            </w:pPr>
            <w:r>
              <w:rPr>
                <w:sz w:val="21"/>
              </w:rPr>
              <w:t>💰 Overtime opportunities</w:t>
            </w:r>
          </w:p>
          <w:p>
            <w:pPr>
              <w:spacing w:after="80"/>
            </w:pPr>
            <w:r>
              <w:rPr>
                <w:sz w:val="21"/>
              </w:rPr>
              <w:t>🏥 Medical, dental, vision &amp; life insurance</w:t>
            </w:r>
          </w:p>
          <w:p>
            <w:pPr>
              <w:spacing w:after="80"/>
            </w:pPr>
            <w:r>
              <w:rPr>
                <w:sz w:val="21"/>
              </w:rPr>
              <w:t>🏦 NH Retirement System – Group II</w:t>
            </w:r>
          </w:p>
        </w:tc>
      </w:tr>
    </w:tbl>
    <w:p>
      <w:pPr>
        <w:spacing w:before="140" w:after="60"/>
      </w:pPr>
      <w:r>
        <w:rPr>
          <w:b/>
          <w:sz w:val="32"/>
        </w:rPr>
        <w:t>WHO ARE WE LOOKING FOR?</w:t>
      </w:r>
    </w:p>
    <w:p>
      <w:pPr>
        <w:ind w:left="259" w:hanging="259"/>
      </w:pPr>
      <w:r>
        <w:rPr>
          <w:b/>
        </w:rPr>
        <w:t xml:space="preserve">• </w:t>
      </w:r>
      <w:r>
        <w:t>Forward-thinking, enthusiastic people who enjoy solving problems.</w:t>
      </w:r>
    </w:p>
    <w:p>
      <w:pPr>
        <w:ind w:left="259" w:hanging="259"/>
      </w:pPr>
      <w:r>
        <w:rPr>
          <w:b/>
        </w:rPr>
        <w:t xml:space="preserve">• </w:t>
      </w:r>
      <w:r>
        <w:t>Team players who want to make a difference and be part of something bigger.</w:t>
      </w:r>
    </w:p>
    <w:p>
      <w:pPr>
        <w:ind w:left="259" w:hanging="259"/>
      </w:pPr>
      <w:r>
        <w:rPr>
          <w:b/>
        </w:rPr>
        <w:t xml:space="preserve">• </w:t>
      </w:r>
      <w:r>
        <w:t>Officers who want opportunities to grow—whether that's K-9, SWAT, Detective, SRO, or another specialty.</w:t>
      </w:r>
    </w:p>
    <w:p>
      <w:pPr>
        <w:ind w:left="259" w:hanging="259"/>
      </w:pPr>
      <w:r>
        <w:rPr>
          <w:b/>
        </w:rPr>
        <w:t xml:space="preserve">• </w:t>
      </w:r>
      <w:r>
        <w:t>People who believe great policing starts with relationships and working with the community to address problems at their root.</w:t>
      </w:r>
    </w:p>
    <w:p>
      <w:pPr>
        <w:spacing w:before="140" w:after="60"/>
      </w:pPr>
      <w:r>
        <w:rPr>
          <w:b/>
          <w:sz w:val="32"/>
        </w:rPr>
        <w:t>OUR MISSION</w:t>
      </w:r>
    </w:p>
    <w:p>
      <w:pPr>
        <w:spacing w:after="100"/>
      </w:pPr>
      <w:r>
        <w:t>We work with our citizens to preserve life, protect property, uphold human rights, reduce crime and the fear of crime, and create positive police-community contacts. We hold ourselves accountable and strive for professional excellence every day.</w:t>
      </w:r>
    </w:p>
    <w:p>
      <w:pPr>
        <w:spacing w:before="140" w:after="60"/>
      </w:pPr>
      <w:r>
        <w:rPr>
          <w:b/>
          <w:sz w:val="32"/>
        </w:rPr>
        <w:t>YOUR FUTURE STARTS HERE.</w:t>
      </w:r>
    </w:p>
    <w:p>
      <w:pPr>
        <w:spacing w:after="100"/>
      </w:pPr>
      <w:r>
        <w:t>Whether you're an experienced officer looking for your next chapter or someone ready to begin a career in law enforcement, Belmont offers the opportunity to learn, grow, serve, and make a real difference in a community that supports its police department.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D9EAF7"/>
          </w:tcPr>
          <w:p>
            <w:pPr>
              <w:jc w:val="center"/>
            </w:pPr>
            <w:r/>
            <w:r>
              <w:rPr>
                <w:b/>
                <w:sz w:val="34"/>
              </w:rPr>
              <w:t>READY TO MAKE A DIFFERENCE?</w:t>
            </w:r>
          </w:p>
          <w:p>
            <w:pPr>
              <w:jc w:val="center"/>
            </w:pPr>
            <w:r>
              <w:rPr>
                <w:b/>
                <w:sz w:val="24"/>
              </w:rPr>
              <w:t>Apply to join the Belmont Police Department.</w:t>
            </w:r>
          </w:p>
        </w:tc>
      </w:tr>
    </w:tbl>
    <w:p>
      <w:pPr>
        <w:spacing w:before="140" w:after="60"/>
      </w:pPr>
      <w:r>
        <w:rPr>
          <w:b/>
          <w:sz w:val="32"/>
        </w:rPr>
        <w:t>POSITION DETAILS</w:t>
      </w:r>
    </w:p>
    <w:p>
      <w:pPr>
        <w:spacing w:after="40"/>
      </w:pPr>
      <w:r>
        <w:rPr>
          <w:b/>
        </w:rPr>
        <w:t xml:space="preserve">Job Type: </w:t>
      </w:r>
      <w:r>
        <w:t>Full-time</w:t>
      </w:r>
    </w:p>
    <w:p>
      <w:pPr>
        <w:spacing w:after="40"/>
      </w:pPr>
      <w:r>
        <w:rPr>
          <w:b/>
        </w:rPr>
        <w:t xml:space="preserve">Schedule: </w:t>
      </w:r>
      <w:r>
        <w:t>10-hour shifts • Days &amp; nights • Weekends &amp; holidays • Overtime</w:t>
      </w:r>
    </w:p>
    <w:p>
      <w:pPr>
        <w:spacing w:after="40"/>
      </w:pPr>
      <w:r>
        <w:rPr>
          <w:b/>
        </w:rPr>
        <w:t xml:space="preserve">Education: </w:t>
      </w:r>
      <w:r>
        <w:t>High school diploma or equivalent preferred</w:t>
      </w:r>
    </w:p>
    <w:p>
      <w:pPr>
        <w:spacing w:after="40"/>
      </w:pPr>
      <w:r>
        <w:rPr>
          <w:b/>
        </w:rPr>
        <w:t xml:space="preserve">Work Location: </w:t>
      </w:r>
      <w:r>
        <w:t>In person</w:t>
      </w:r>
    </w:p>
    <w:p>
      <w:pPr>
        <w:spacing w:after="40"/>
      </w:pPr>
      <w:r>
        <w:rPr>
          <w:b/>
        </w:rPr>
        <w:t xml:space="preserve">Applicants: </w:t>
      </w:r>
      <w:r>
        <w:t>Certified and non-certified candidates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sz w:val="16"/>
      </w:rPr>
      <w:t>BELMONT POLICE DEPARTMENT  •  COMMUNITY  •  HONOR  •  SERVICE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